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6A5BB" w14:textId="77777777" w:rsidR="00F3272C" w:rsidRDefault="00000000" w:rsidP="00D03613">
      <w:pPr>
        <w:pStyle w:val="Heading1"/>
        <w:jc w:val="both"/>
      </w:pPr>
      <w:r>
        <w:t>MS Word 10-Page Professional Learning Document</w:t>
      </w:r>
    </w:p>
    <w:p w14:paraId="4A00BAF8" w14:textId="77777777" w:rsidR="00F3272C" w:rsidRDefault="00000000" w:rsidP="00D03613">
      <w:r>
        <w:t>Downloadable Training Material</w:t>
      </w:r>
      <w:r>
        <w:br/>
        <w:t>Learn MS Word Formatting Step-by-Step</w:t>
      </w:r>
      <w:r>
        <w:br/>
        <w:t>By: Your Training Center</w:t>
      </w:r>
      <w:r>
        <w:br/>
      </w:r>
      <w:r>
        <w:br/>
      </w:r>
    </w:p>
    <w:p w14:paraId="1911933D" w14:textId="77777777" w:rsidR="00F3272C" w:rsidRDefault="00000000" w:rsidP="00D03613">
      <w:pPr>
        <w:pStyle w:val="Heading2"/>
        <w:jc w:val="both"/>
      </w:pPr>
      <w:r>
        <w:t>1. Introduction to MS Word</w:t>
      </w:r>
    </w:p>
    <w:p w14:paraId="524A4827"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w:t>
      </w:r>
      <w:r>
        <w:lastRenderedPageBreak/>
        <w:t>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lastRenderedPageBreak/>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r>
        <w:lastRenderedPageBreak/>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w:t>
      </w:r>
      <w:r>
        <w:lastRenderedPageBreak/>
        <w:t>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p w14:paraId="06BED477" w14:textId="77777777" w:rsidR="00F3272C" w:rsidRDefault="00000000" w:rsidP="00D03613">
      <w:pPr>
        <w:pStyle w:val="Heading2"/>
        <w:jc w:val="both"/>
      </w:pPr>
      <w:r>
        <w:t>2. Basic Formatting Tools</w:t>
      </w:r>
    </w:p>
    <w:p w14:paraId="61E999F7"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lastRenderedPageBreak/>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r>
        <w:lastRenderedPageBreak/>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w:t>
      </w:r>
      <w:r>
        <w:lastRenderedPageBreak/>
        <w:t>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w:t>
      </w:r>
      <w:r>
        <w:lastRenderedPageBreak/>
        <w:t>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p w14:paraId="59C49689" w14:textId="77777777" w:rsidR="00F3272C" w:rsidRDefault="00000000" w:rsidP="00D03613">
      <w:pPr>
        <w:pStyle w:val="Heading2"/>
        <w:jc w:val="both"/>
      </w:pPr>
      <w:r>
        <w:t>3. Working with Paragraphs</w:t>
      </w:r>
    </w:p>
    <w:p w14:paraId="65CFDEA2"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r>
        <w:lastRenderedPageBreak/>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w:t>
      </w:r>
      <w:r>
        <w:lastRenderedPageBreak/>
        <w:t>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w:t>
      </w:r>
      <w:r>
        <w:lastRenderedPageBreak/>
        <w:t>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w:t>
      </w:r>
      <w:r>
        <w:lastRenderedPageBreak/>
        <w:t>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p w14:paraId="729CD706" w14:textId="77777777" w:rsidR="00F3272C" w:rsidRDefault="00000000" w:rsidP="00D03613">
      <w:pPr>
        <w:pStyle w:val="Heading2"/>
        <w:jc w:val="both"/>
      </w:pPr>
      <w:r>
        <w:t>4. Page Layout &amp; Design</w:t>
      </w:r>
    </w:p>
    <w:p w14:paraId="05F1E9C9"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w:t>
      </w:r>
      <w:r>
        <w:lastRenderedPageBreak/>
        <w:t>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w:t>
      </w:r>
      <w:r>
        <w:lastRenderedPageBreak/>
        <w:t>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w:t>
      </w:r>
      <w:r>
        <w:lastRenderedPageBreak/>
        <w:t>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w:t>
      </w:r>
      <w:r>
        <w:lastRenderedPageBreak/>
        <w:t>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p w14:paraId="2CA26703" w14:textId="77777777" w:rsidR="00F3272C" w:rsidRDefault="00000000" w:rsidP="00D03613">
      <w:pPr>
        <w:pStyle w:val="Heading2"/>
        <w:jc w:val="both"/>
      </w:pPr>
      <w:r>
        <w:t>5. Insert Tab – Images, Shapes, Tables</w:t>
      </w:r>
    </w:p>
    <w:p w14:paraId="6D56B142"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w:t>
      </w:r>
      <w:r>
        <w:lastRenderedPageBreak/>
        <w:t>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w:t>
      </w:r>
      <w:r>
        <w:lastRenderedPageBreak/>
        <w:t>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w:t>
      </w:r>
      <w:r>
        <w:lastRenderedPageBreak/>
        <w:t>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w:t>
      </w:r>
      <w:r>
        <w:lastRenderedPageBreak/>
        <w:t>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p w14:paraId="31DB22A5" w14:textId="77777777" w:rsidR="00F3272C" w:rsidRDefault="00000000" w:rsidP="00D03613">
      <w:pPr>
        <w:pStyle w:val="Heading2"/>
        <w:jc w:val="both"/>
      </w:pPr>
      <w:r>
        <w:t>6. Header, Footer &amp; Page Numbering</w:t>
      </w:r>
    </w:p>
    <w:p w14:paraId="3ECCDC8C" w14:textId="77777777" w:rsidR="00F3272C" w:rsidRDefault="00000000" w:rsidP="00D03613">
      <w:pPr>
        <w:jc w:val="both"/>
      </w:pPr>
      <w:r>
        <w:t xml:space="preserve">MS Word is a powerful word-processing tool used worldwide for documentation. In this module, you will learn the complete formatting process. Each section covers practical examples, visual instructions, and hands-on steps. Try practicing every tool to fully </w:t>
      </w:r>
      <w:r>
        <w:lastRenderedPageBreak/>
        <w:t>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w:t>
      </w:r>
      <w:r>
        <w:lastRenderedPageBreak/>
        <w:t>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w:t>
      </w:r>
      <w:r>
        <w:lastRenderedPageBreak/>
        <w:t>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lastRenderedPageBreak/>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lastRenderedPageBreak/>
        <w:br/>
      </w:r>
    </w:p>
    <w:p w14:paraId="5435C112" w14:textId="77777777" w:rsidR="00F3272C" w:rsidRDefault="00000000" w:rsidP="00D03613">
      <w:pPr>
        <w:pStyle w:val="Heading2"/>
        <w:jc w:val="both"/>
      </w:pPr>
      <w:r>
        <w:t>7. Styles &amp; Themes</w:t>
      </w:r>
    </w:p>
    <w:p w14:paraId="2D3CC40E"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w:t>
      </w:r>
      <w:r>
        <w:lastRenderedPageBreak/>
        <w:t>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w:t>
      </w:r>
      <w:r>
        <w:lastRenderedPageBreak/>
        <w:t>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lastRenderedPageBreak/>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r>
        <w:lastRenderedPageBreak/>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p w14:paraId="0F3A11E0" w14:textId="77777777" w:rsidR="00F3272C" w:rsidRDefault="00000000" w:rsidP="00D03613">
      <w:pPr>
        <w:pStyle w:val="Heading2"/>
        <w:jc w:val="both"/>
      </w:pPr>
      <w:r>
        <w:t>8. Templates &amp; Smart Document Creation</w:t>
      </w:r>
    </w:p>
    <w:p w14:paraId="41CC681C"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w:t>
      </w:r>
      <w:r>
        <w:lastRenderedPageBreak/>
        <w:t>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lastRenderedPageBreak/>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r>
        <w:lastRenderedPageBreak/>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w:t>
      </w:r>
      <w:r>
        <w:lastRenderedPageBreak/>
        <w:t>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p w14:paraId="59C2DAAE" w14:textId="77777777" w:rsidR="00F3272C" w:rsidRDefault="00000000" w:rsidP="00D03613">
      <w:pPr>
        <w:pStyle w:val="Heading2"/>
        <w:jc w:val="both"/>
      </w:pPr>
      <w:r>
        <w:t>9. Review Tools – Comments &amp; Track Changes</w:t>
      </w:r>
    </w:p>
    <w:p w14:paraId="234C1D41"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lastRenderedPageBreak/>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r>
        <w:lastRenderedPageBreak/>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w:t>
      </w:r>
      <w:r>
        <w:lastRenderedPageBreak/>
        <w:t>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w:t>
      </w:r>
      <w:r>
        <w:lastRenderedPageBreak/>
        <w:t>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p w14:paraId="3A0B0A80" w14:textId="77777777" w:rsidR="00F3272C" w:rsidRDefault="00000000" w:rsidP="00D03613">
      <w:pPr>
        <w:pStyle w:val="Heading2"/>
        <w:jc w:val="both"/>
      </w:pPr>
      <w:r>
        <w:t>10. Final Project Practice</w:t>
      </w:r>
    </w:p>
    <w:p w14:paraId="549E99B4" w14:textId="77777777" w:rsidR="00F3272C" w:rsidRDefault="00000000" w:rsidP="00D03613">
      <w:pPr>
        <w:jc w:val="both"/>
      </w:pPr>
      <w: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r>
        <w:lastRenderedPageBreak/>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w:t>
      </w:r>
      <w:r>
        <w:lastRenderedPageBreak/>
        <w:t>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w:t>
      </w:r>
      <w:r>
        <w:lastRenderedPageBreak/>
        <w:t>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 xml:space="preserve">MS Word is a powerful word-processing tool used worldwide for documentation. In this module, you will learn the complete formatting process. Each section covers practical examples, visual instructions, and hands-on steps. Try practicing every tool to fully </w:t>
      </w:r>
      <w:r>
        <w:lastRenderedPageBreak/>
        <w:t>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t>MS Word is a powerful word-processing tool used worldwide for documentation. In this module, you will learn the complete formatting process. Each section covers practical examples, visual instructions, and hands-on steps. Try practicing every tool to fully understand its purpose. When writing documents, focus on spacing, alignment, consistency, and clarity. Use formatting tools professionally to improve the look and readability of your documents. Below you will find detailed explanations and guided exercises.</w:t>
      </w:r>
      <w:r>
        <w:br/>
      </w:r>
      <w:r>
        <w:br/>
      </w:r>
    </w:p>
    <w:sectPr w:rsidR="00F3272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67206403">
    <w:abstractNumId w:val="8"/>
  </w:num>
  <w:num w:numId="2" w16cid:durableId="270749795">
    <w:abstractNumId w:val="6"/>
  </w:num>
  <w:num w:numId="3" w16cid:durableId="6716008">
    <w:abstractNumId w:val="5"/>
  </w:num>
  <w:num w:numId="4" w16cid:durableId="717632841">
    <w:abstractNumId w:val="4"/>
  </w:num>
  <w:num w:numId="5" w16cid:durableId="1224638453">
    <w:abstractNumId w:val="7"/>
  </w:num>
  <w:num w:numId="6" w16cid:durableId="212694859">
    <w:abstractNumId w:val="3"/>
  </w:num>
  <w:num w:numId="7" w16cid:durableId="1410469279">
    <w:abstractNumId w:val="2"/>
  </w:num>
  <w:num w:numId="8" w16cid:durableId="619647424">
    <w:abstractNumId w:val="1"/>
  </w:num>
  <w:num w:numId="9" w16cid:durableId="1904103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20ADF"/>
    <w:rsid w:val="00AA1D8D"/>
    <w:rsid w:val="00B47730"/>
    <w:rsid w:val="00CB0664"/>
    <w:rsid w:val="00D03613"/>
    <w:rsid w:val="00F3272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1FA4A"/>
  <w14:defaultImageDpi w14:val="300"/>
  <w15:docId w15:val="{739B8DDF-9820-4077-AA93-4A82AB644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19322</Words>
  <Characters>110137</Characters>
  <Application>Microsoft Office Word</Application>
  <DocSecurity>0</DocSecurity>
  <Lines>917</Lines>
  <Paragraphs>258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129201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MAHESH PRAJAPATI</cp:lastModifiedBy>
  <cp:revision>3</cp:revision>
  <dcterms:created xsi:type="dcterms:W3CDTF">2013-12-23T23:15:00Z</dcterms:created>
  <dcterms:modified xsi:type="dcterms:W3CDTF">2025-12-08T15:26:00Z</dcterms:modified>
  <cp:category/>
</cp:coreProperties>
</file>